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הילד שחלם חלום גדול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סיפורו של הילד שחלם שליהודים תהיה מדינה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חשובות הקשורות לחלום ולמדינה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את ציר הזמן של הסיפור לסדר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הכירו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שתהיה ליהודים מדינה משלהם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בנימין זאב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הם ערכו קונגרס ודיברו על החלום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החלום הגדול שלו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כתב ספר וסיפר לאנשים רבים על חלומו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מתחיל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נפטר לפני שהוקמה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(הילד שחלם חלום 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(מקום עם דגל וממשלה משותפים)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(אסיפה גדולה של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(הרצל כתב בו על החלום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(עיר שבה נפגשו לדבר על החלום)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היה ילד וחלם חלום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גדל והיה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כתב ספר על החלום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אנשים נפגשו בקונגרס בבאזל כדי לדבר על החלום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שנים רבות אחר כך הוקמה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חלום גדול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ברור הקשור לנושא חלום, מעוגל ומתאים לגיל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ואישי המתאר רצון או חלום של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שליהודים תהיה מדינה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 ספר ונפגש עם אנשים בקונגרס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דגל ישראל בזמן העיסוק במילה דגל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הילד שחלם חלום גדול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תלמידים ותלמידות יקרא/ו על ילד שחלם חלום גדול - שליהודים תהיה מדינה משלהם. בדף הזה נתרגל את הסיפור ואת המילים החשובות 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הכירו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נולד הילד שחלם את החלום הגדול?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חלם הילד כשגדל?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שתהיה ליהודים מדינה משלהם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שיהיה לו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שיטוס לירח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כתב הרצל כשגדל כדי לספר על החלום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לילד שחלם את החלום הגדול?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משה רבנו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כשהרצל ואנשים נוספים נפגשו יחד בבאזל?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שיחקו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ערכו קונגרס ודיברו על החלום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בנו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צבעו דגל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חלם שליהודים תהיה מדינה משלהם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לא סיפר לאף אחד על החלום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החלום של הרצל התחיל כשהיה ילד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בעצמו את מדינת ישראל נולדת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שחלם חלום גדול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חלם שליהודים תהיה __________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כשגדל הרצל כתב __________ כדי לספר על החלום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אנשים רבים נפגשו יחד באסיפה גדולה שנקראת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דגל ישראל הוא בצבעי כחול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עיר שבה נפגשו לדבר על החלום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הילד שחלם חלום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קונגרס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הרצל כתב בו על החלום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עם דגל וממשלה משותפים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אסיפה גדולה של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שנים רבות אחר כך הוקמה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על החלום 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היה ילד וחלם חלום 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גדל והיה עיתונאי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נפגשו בקונגרס בבאזל כדי לדבר על החלום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חלום גדול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חלום גדול שהייתם רוצים שיתגשם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אחד: על מה הייתם חולמים כמו הרצל?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הילד שחלם חלום גדול?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החלום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הוא עשה כדי שהחלום יתגשם?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הילד שחלם חלום גדול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