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של הילד שחלם שליהודים תהיה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חשובות הקשורות לחלום ולמדינה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ציר הזמן של הסיפור לסדר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שתהיה ליהודים מדינה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בנימין זאב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החלום הגדול שלו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מתחיל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(הילד שחלם חלום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עם דגל וממשלה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(הרצל כתב בו על החלום 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היה ילד וחלם חלום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גדל והיה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ספר על החלום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אנשים נפגשו בקונגרס בבאזל כדי לדבר על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חלום גדול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לנושא חלום, מעוגל ומתאים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ואישי המתאר רצון או חלום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שליהודים תהיה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ספר ונפגש עם אנשים בקונגרס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דגל ישראל בזמן העיסוק במילה דגל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תלמידים ותלמידות יקרא/ו על ילד שחלם חלום גדול - שליהודים תהיה מדינה משלהם. בדף הזה נתרגל את הסיפור ואת המילים החשובות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הרצל  ·  מדינה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הכירו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חלם הילד כשגדל?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שתהיה ליהודים מדינה משלהם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שיהיה לו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שיטוס לירח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לילד שחלם את החלום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משה רבנו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חלם שליהודים תהיה מדינה משלהם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החלום של הרצל התחיל כשהיה ילד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שחלם חלום 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חלם שליהודים תהיה __________ משלהם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הרצל כתב בו על החלום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הילד שחלם חלום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עם דגל וממשלה משותפים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גדל והיה עיתונאי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ספר על החלום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אנשים נפגשו בקונגרס בבאזל כדי לדבר על החלום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היה ילד וחלם חלום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חלום גדול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חלום גדול שהייתם רוצים שיתגשם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אחד: על מה הייתם חולמים כמו הרצל?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הילד שחלם חלום 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החלום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הילד שחלם חלום גדול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